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37509" w14:textId="77777777" w:rsidR="00A522B6" w:rsidRPr="002E7E73" w:rsidRDefault="00000000">
      <w:pPr>
        <w:jc w:val="center"/>
        <w:rPr>
          <w:lang w:val="pl-PL"/>
        </w:rPr>
      </w:pPr>
      <w:r w:rsidRPr="002E7E73">
        <w:rPr>
          <w:b/>
          <w:sz w:val="36"/>
          <w:lang w:val="pl-PL"/>
        </w:rPr>
        <w:t>PRÍLOHA č. 3 – Reklamačný formulár</w:t>
      </w:r>
    </w:p>
    <w:p w14:paraId="44DD81E8" w14:textId="77777777" w:rsidR="00A522B6" w:rsidRPr="002E7E73" w:rsidRDefault="00A522B6">
      <w:pPr>
        <w:rPr>
          <w:lang w:val="pl-PL"/>
        </w:rPr>
      </w:pPr>
    </w:p>
    <w:p w14:paraId="00CD7E7F" w14:textId="77777777" w:rsidR="00A522B6" w:rsidRPr="002E7E73" w:rsidRDefault="00000000">
      <w:pPr>
        <w:rPr>
          <w:lang w:val="pl-PL"/>
        </w:rPr>
      </w:pPr>
      <w:r w:rsidRPr="002E7E73">
        <w:rPr>
          <w:lang w:val="pl-PL"/>
        </w:rPr>
        <w:t>Formulár je odporúčaný na urýchlenie vybavenia reklamácie. Reklamáciu môžete uplatniť aj bez tohto formulára.</w:t>
      </w:r>
    </w:p>
    <w:p w14:paraId="667A801D" w14:textId="00D94774" w:rsidR="00A522B6" w:rsidRPr="002E7E73" w:rsidRDefault="00000000">
      <w:pPr>
        <w:rPr>
          <w:lang w:val="pl-PL"/>
        </w:rPr>
      </w:pPr>
      <w:r w:rsidRPr="002E7E73">
        <w:rPr>
          <w:lang w:val="pl-PL"/>
        </w:rPr>
        <w:t xml:space="preserve">Adresát (Predávajúci): Fenbach j. s. a., FENBACH – Reklamačný sklad, </w:t>
      </w:r>
      <w:r w:rsidR="002E7E73" w:rsidRPr="002E7E73">
        <w:rPr>
          <w:lang w:val="pl-PL"/>
        </w:rPr>
        <w:t>T</w:t>
      </w:r>
      <w:r w:rsidR="002E7E73">
        <w:rPr>
          <w:lang w:val="pl-PL"/>
        </w:rPr>
        <w:t>allerova 4, 811 02 Bratislava</w:t>
      </w:r>
      <w:r w:rsidRPr="002E7E73">
        <w:rPr>
          <w:lang w:val="pl-PL"/>
        </w:rPr>
        <w:t xml:space="preserve">, </w:t>
      </w:r>
      <w:r w:rsidR="002E7E73">
        <w:rPr>
          <w:lang w:val="pl-PL"/>
        </w:rPr>
        <w:br/>
      </w:r>
      <w:r w:rsidRPr="002E7E73">
        <w:rPr>
          <w:lang w:val="pl-PL"/>
        </w:rPr>
        <w:t xml:space="preserve">e‑mail: </w:t>
      </w:r>
      <w:r w:rsidR="005A6D74">
        <w:rPr>
          <w:lang w:val="pl-PL"/>
        </w:rPr>
        <w:fldChar w:fldCharType="begin"/>
      </w:r>
      <w:r w:rsidR="005A6D74">
        <w:rPr>
          <w:lang w:val="pl-PL"/>
        </w:rPr>
        <w:instrText>HYPERLINK "mailto:objednavky@fenbach.sk"</w:instrText>
      </w:r>
      <w:r w:rsidR="005A6D74">
        <w:rPr>
          <w:lang w:val="pl-PL"/>
        </w:rPr>
      </w:r>
      <w:r w:rsidR="005A6D74">
        <w:rPr>
          <w:lang w:val="pl-PL"/>
        </w:rPr>
        <w:fldChar w:fldCharType="separate"/>
      </w:r>
      <w:r w:rsidR="005A6D74" w:rsidRPr="00B643FB">
        <w:rPr>
          <w:rStyle w:val="Hypertextovprepojenie"/>
          <w:lang w:val="pl-PL"/>
        </w:rPr>
        <w:t>objednavky@fenbach.sk</w:t>
      </w:r>
      <w:r w:rsidR="005A6D74">
        <w:rPr>
          <w:lang w:val="pl-PL"/>
        </w:rPr>
        <w:fldChar w:fldCharType="end"/>
      </w:r>
    </w:p>
    <w:p w14:paraId="0491B84C" w14:textId="77777777" w:rsidR="00A522B6" w:rsidRPr="002E7E73" w:rsidRDefault="00A522B6">
      <w:pPr>
        <w:rPr>
          <w:lang w:val="pl-PL"/>
        </w:rPr>
      </w:pPr>
    </w:p>
    <w:p w14:paraId="6557FFCB" w14:textId="77777777" w:rsidR="00A522B6" w:rsidRDefault="00000000">
      <w:proofErr w:type="spellStart"/>
      <w:r>
        <w:t>Údaje</w:t>
      </w:r>
      <w:proofErr w:type="spellEnd"/>
      <w:r>
        <w:t xml:space="preserve"> </w:t>
      </w:r>
      <w:proofErr w:type="spellStart"/>
      <w:r>
        <w:t>kupujúceho</w:t>
      </w:r>
      <w:proofErr w:type="spellEnd"/>
      <w:r>
        <w:t>:</w:t>
      </w:r>
    </w:p>
    <w:p w14:paraId="7BFCF3D2" w14:textId="77777777" w:rsidR="00A522B6" w:rsidRPr="002E7E73" w:rsidRDefault="00000000">
      <w:pPr>
        <w:pStyle w:val="Zoznamsodrkami"/>
        <w:rPr>
          <w:lang w:val="pl-PL"/>
        </w:rPr>
      </w:pPr>
      <w:r w:rsidRPr="002E7E73">
        <w:rPr>
          <w:lang w:val="pl-PL"/>
        </w:rPr>
        <w:t>Meno a priezvisko / Obchodné meno:</w:t>
      </w:r>
    </w:p>
    <w:p w14:paraId="3222C0C4" w14:textId="77777777" w:rsidR="00A522B6" w:rsidRDefault="00000000">
      <w:pPr>
        <w:pStyle w:val="Zoznamsodrkami"/>
      </w:pPr>
      <w:proofErr w:type="spellStart"/>
      <w:r>
        <w:t>Adresa</w:t>
      </w:r>
      <w:proofErr w:type="spellEnd"/>
      <w:r>
        <w:t>:</w:t>
      </w:r>
    </w:p>
    <w:p w14:paraId="7A49F43E" w14:textId="77777777" w:rsidR="00A522B6" w:rsidRDefault="00000000">
      <w:pPr>
        <w:pStyle w:val="Zoznamsodrkami"/>
      </w:pPr>
      <w:r>
        <w:t>E‑mail / Telefón:</w:t>
      </w:r>
    </w:p>
    <w:p w14:paraId="022BF4F3" w14:textId="77777777" w:rsidR="00A522B6" w:rsidRDefault="00000000">
      <w:r>
        <w:t>Údaje o objednávke/tovare:</w:t>
      </w:r>
    </w:p>
    <w:p w14:paraId="6B60BCA8" w14:textId="77777777" w:rsidR="00A522B6" w:rsidRDefault="00000000">
      <w:pPr>
        <w:pStyle w:val="Zoznamsodrkami"/>
      </w:pPr>
      <w:r>
        <w:t>Číslo objednávky:</w:t>
      </w:r>
    </w:p>
    <w:p w14:paraId="79326394" w14:textId="77777777" w:rsidR="00A522B6" w:rsidRDefault="00000000">
      <w:pPr>
        <w:pStyle w:val="Zoznamsodrkami"/>
      </w:pPr>
      <w:r>
        <w:t>Dátum nákupu:</w:t>
      </w:r>
    </w:p>
    <w:p w14:paraId="1D2320ED" w14:textId="77777777" w:rsidR="00A522B6" w:rsidRDefault="00000000">
      <w:pPr>
        <w:pStyle w:val="Zoznamsodrkami"/>
      </w:pPr>
      <w:r>
        <w:t>Názov tovaru / model / konfigurácia:</w:t>
      </w:r>
    </w:p>
    <w:p w14:paraId="67B2D6D2" w14:textId="77777777" w:rsidR="00A522B6" w:rsidRDefault="00000000">
      <w:pPr>
        <w:pStyle w:val="Zoznamsodrkami"/>
      </w:pPr>
      <w:r>
        <w:t>Spôsob doručenia:</w:t>
      </w:r>
    </w:p>
    <w:p w14:paraId="52E8355E" w14:textId="77777777" w:rsidR="00A522B6" w:rsidRPr="002E7E73" w:rsidRDefault="00000000">
      <w:pPr>
        <w:rPr>
          <w:lang w:val="pl-PL"/>
        </w:rPr>
      </w:pPr>
      <w:r w:rsidRPr="002E7E73">
        <w:rPr>
          <w:lang w:val="pl-PL"/>
        </w:rPr>
        <w:t>Popis vady a návrh riešenia:</w:t>
      </w:r>
    </w:p>
    <w:p w14:paraId="31543363" w14:textId="77777777" w:rsidR="00A522B6" w:rsidRPr="002E7E73" w:rsidRDefault="00000000">
      <w:pPr>
        <w:pStyle w:val="Zoznamsodrkami"/>
        <w:rPr>
          <w:lang w:val="pl-PL"/>
        </w:rPr>
      </w:pPr>
      <w:r w:rsidRPr="002E7E73">
        <w:rPr>
          <w:lang w:val="pl-PL"/>
        </w:rPr>
        <w:t>Popis vady (kedy a ako sa prejavuje):</w:t>
      </w:r>
    </w:p>
    <w:p w14:paraId="06442773" w14:textId="77777777" w:rsidR="00A522B6" w:rsidRPr="002E7E73" w:rsidRDefault="00000000">
      <w:pPr>
        <w:pStyle w:val="Zoznamsodrkami"/>
        <w:rPr>
          <w:lang w:val="pl-PL"/>
        </w:rPr>
      </w:pPr>
      <w:r w:rsidRPr="002E7E73">
        <w:rPr>
          <w:lang w:val="pl-PL"/>
        </w:rPr>
        <w:t>Požadovaný spôsob vybavenia reklamácie (napr. oprava/výmena/zľava/odstúpenie – podľa zákona a povahy vady):</w:t>
      </w:r>
    </w:p>
    <w:p w14:paraId="7FAA0904" w14:textId="77777777" w:rsidR="00A522B6" w:rsidRDefault="00000000">
      <w:pPr>
        <w:pStyle w:val="Zoznamsodrkami"/>
      </w:pPr>
      <w:proofErr w:type="spellStart"/>
      <w:r>
        <w:t>Prílohy</w:t>
      </w:r>
      <w:proofErr w:type="spellEnd"/>
      <w:r>
        <w:t xml:space="preserve"> (</w:t>
      </w:r>
      <w:proofErr w:type="spellStart"/>
      <w:r>
        <w:t>fotografie</w:t>
      </w:r>
      <w:proofErr w:type="spellEnd"/>
      <w:r>
        <w:t xml:space="preserve">, video, </w:t>
      </w:r>
      <w:proofErr w:type="spellStart"/>
      <w:r>
        <w:t>dokumenty</w:t>
      </w:r>
      <w:proofErr w:type="spellEnd"/>
      <w:r>
        <w:t>):</w:t>
      </w:r>
    </w:p>
    <w:p w14:paraId="3928DF08" w14:textId="77777777" w:rsidR="00A522B6" w:rsidRPr="002E7E73" w:rsidRDefault="00000000">
      <w:pPr>
        <w:rPr>
          <w:lang w:val="pl-PL"/>
        </w:rPr>
      </w:pPr>
      <w:r w:rsidRPr="002E7E73">
        <w:rPr>
          <w:lang w:val="pl-PL"/>
        </w:rPr>
        <w:t>Dátum a podpis (ak sa podáva v listinnej podobe):</w:t>
      </w:r>
    </w:p>
    <w:sectPr w:rsidR="00A522B6" w:rsidRPr="002E7E73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6982409">
    <w:abstractNumId w:val="8"/>
  </w:num>
  <w:num w:numId="2" w16cid:durableId="942880895">
    <w:abstractNumId w:val="6"/>
  </w:num>
  <w:num w:numId="3" w16cid:durableId="1973753707">
    <w:abstractNumId w:val="5"/>
  </w:num>
  <w:num w:numId="4" w16cid:durableId="1848713310">
    <w:abstractNumId w:val="4"/>
  </w:num>
  <w:num w:numId="5" w16cid:durableId="1879973070">
    <w:abstractNumId w:val="7"/>
  </w:num>
  <w:num w:numId="6" w16cid:durableId="1161894576">
    <w:abstractNumId w:val="3"/>
  </w:num>
  <w:num w:numId="7" w16cid:durableId="2043238418">
    <w:abstractNumId w:val="2"/>
  </w:num>
  <w:num w:numId="8" w16cid:durableId="474420399">
    <w:abstractNumId w:val="1"/>
  </w:num>
  <w:num w:numId="9" w16cid:durableId="141429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7E73"/>
    <w:rsid w:val="00326F90"/>
    <w:rsid w:val="005A6D74"/>
    <w:rsid w:val="008F504F"/>
    <w:rsid w:val="00A3509E"/>
    <w:rsid w:val="00A522B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71A284"/>
  <w14:defaultImageDpi w14:val="300"/>
  <w15:docId w15:val="{4B96068B-BF07-4389-A2D1-FDD0C54D3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5A6D74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A6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Peter Mažec</cp:lastModifiedBy>
  <cp:revision>3</cp:revision>
  <dcterms:created xsi:type="dcterms:W3CDTF">2013-12-23T23:15:00Z</dcterms:created>
  <dcterms:modified xsi:type="dcterms:W3CDTF">2026-07-29T05:02:00Z</dcterms:modified>
  <cp:category/>
</cp:coreProperties>
</file>