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31073" w14:textId="77777777" w:rsidR="00811A81" w:rsidRDefault="00000000">
      <w:pPr>
        <w:jc w:val="center"/>
      </w:pPr>
      <w:r>
        <w:rPr>
          <w:b/>
          <w:sz w:val="36"/>
        </w:rPr>
        <w:t>PRÍLOHA č. 1 – Vzorový formulár na odstúpenie od zmluvy</w:t>
      </w:r>
    </w:p>
    <w:p w14:paraId="006AC51A" w14:textId="77777777" w:rsidR="00811A81" w:rsidRDefault="00811A81"/>
    <w:p w14:paraId="1B182833" w14:textId="77777777" w:rsidR="00811A81" w:rsidRDefault="00000000">
      <w:r>
        <w:t>Formulár vyplňte a zašlite iba vtedy, ak uplatňujete právo na odstúpenie od zmluvy (pri tovare vyrobenom na mieru sa právo na odstúpenie spravidla neuplatní).</w:t>
      </w:r>
    </w:p>
    <w:p w14:paraId="08CAF763" w14:textId="292833E2" w:rsidR="00811A81" w:rsidRDefault="00000000">
      <w:r>
        <w:t xml:space="preserve">Adresát: Fenbach j. s. a., Tallerova 4, 811 02 Bratislava – mestská časť Staré Mesto, Slovenská republika, e‑mail: </w:t>
      </w:r>
      <w:hyperlink r:id="rId6" w:history="1">
        <w:r w:rsidR="00BD22DF" w:rsidRPr="00BD22DF">
          <w:rPr>
            <w:rStyle w:val="Hypertextovprepojenie"/>
          </w:rPr>
          <w:t>objednavky</w:t>
        </w:r>
        <w:r w:rsidRPr="00BD22DF">
          <w:rPr>
            <w:rStyle w:val="Hypertextovprepojenie"/>
          </w:rPr>
          <w:t>@fenbach.sk</w:t>
        </w:r>
      </w:hyperlink>
    </w:p>
    <w:p w14:paraId="6D813B2F" w14:textId="77777777" w:rsidR="00811A81" w:rsidRDefault="00811A81"/>
    <w:p w14:paraId="11C874B3" w14:textId="77777777" w:rsidR="00811A81" w:rsidRDefault="00000000">
      <w:r>
        <w:t>Týmto oznamujem, že odstupujem od zmluvy na tento tovar/službu:</w:t>
      </w:r>
    </w:p>
    <w:p w14:paraId="5231A136" w14:textId="77777777" w:rsidR="00811A81" w:rsidRDefault="00000000">
      <w:pPr>
        <w:pStyle w:val="Zoznamsodrkami"/>
      </w:pPr>
      <w:r>
        <w:t>Číslo objednávky:</w:t>
      </w:r>
    </w:p>
    <w:p w14:paraId="55027892" w14:textId="77777777" w:rsidR="00811A81" w:rsidRDefault="00000000">
      <w:pPr>
        <w:pStyle w:val="Zoznamsodrkami"/>
      </w:pPr>
      <w:r>
        <w:t>Dátum objednania / dátum prijatia:</w:t>
      </w:r>
    </w:p>
    <w:p w14:paraId="5AD85EB7" w14:textId="77777777" w:rsidR="00811A81" w:rsidRDefault="00000000">
      <w:pPr>
        <w:pStyle w:val="Zoznamsodrkami"/>
      </w:pPr>
      <w:r>
        <w:t>Názov tovaru:</w:t>
      </w:r>
    </w:p>
    <w:p w14:paraId="39B67EFA" w14:textId="77777777" w:rsidR="00811A81" w:rsidRDefault="00000000">
      <w:pPr>
        <w:pStyle w:val="Zoznamsodrkami"/>
      </w:pPr>
      <w:r>
        <w:t>Meno a priezvisko spotrebiteľa:</w:t>
      </w:r>
    </w:p>
    <w:p w14:paraId="29321743" w14:textId="77777777" w:rsidR="00811A81" w:rsidRDefault="00000000">
      <w:pPr>
        <w:pStyle w:val="Zoznamsodrkami"/>
      </w:pPr>
      <w:r>
        <w:t>Adresa spotrebiteľa:</w:t>
      </w:r>
    </w:p>
    <w:p w14:paraId="01B32209" w14:textId="77777777" w:rsidR="00811A81" w:rsidRDefault="00000000">
      <w:pPr>
        <w:pStyle w:val="Zoznamsodrkami"/>
      </w:pPr>
      <w:r>
        <w:t>E‑mail spotrebiteľa / telefón:</w:t>
      </w:r>
    </w:p>
    <w:p w14:paraId="502D6BB1" w14:textId="77777777" w:rsidR="00811A81" w:rsidRDefault="00000000">
      <w:pPr>
        <w:pStyle w:val="Zoznamsodrkami"/>
      </w:pPr>
      <w:r>
        <w:t>Dátum:</w:t>
      </w:r>
    </w:p>
    <w:p w14:paraId="79893686" w14:textId="77777777" w:rsidR="00811A81" w:rsidRDefault="00000000">
      <w:pPr>
        <w:pStyle w:val="Zoznamsodrkami"/>
      </w:pPr>
      <w:r>
        <w:t>Podpis (iba ak sa podáva v listinnej podobe):</w:t>
      </w:r>
    </w:p>
    <w:sectPr w:rsidR="00811A81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8114017">
    <w:abstractNumId w:val="8"/>
  </w:num>
  <w:num w:numId="2" w16cid:durableId="433868437">
    <w:abstractNumId w:val="6"/>
  </w:num>
  <w:num w:numId="3" w16cid:durableId="1216046911">
    <w:abstractNumId w:val="5"/>
  </w:num>
  <w:num w:numId="4" w16cid:durableId="1818760566">
    <w:abstractNumId w:val="4"/>
  </w:num>
  <w:num w:numId="5" w16cid:durableId="836112989">
    <w:abstractNumId w:val="7"/>
  </w:num>
  <w:num w:numId="6" w16cid:durableId="1879468308">
    <w:abstractNumId w:val="3"/>
  </w:num>
  <w:num w:numId="7" w16cid:durableId="1354186486">
    <w:abstractNumId w:val="2"/>
  </w:num>
  <w:num w:numId="8" w16cid:durableId="475220817">
    <w:abstractNumId w:val="1"/>
  </w:num>
  <w:num w:numId="9" w16cid:durableId="98913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11A81"/>
    <w:rsid w:val="009A7F91"/>
    <w:rsid w:val="00AA1D8D"/>
    <w:rsid w:val="00B47730"/>
    <w:rsid w:val="00BD22D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1899AF"/>
  <w14:defaultImageDpi w14:val="300"/>
  <w15:docId w15:val="{C2A9947A-7E45-49E9-997E-DC21A0CD8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BD22DF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D2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objednavky@fenbach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Peter Mažec</cp:lastModifiedBy>
  <cp:revision>2</cp:revision>
  <dcterms:created xsi:type="dcterms:W3CDTF">2013-12-23T23:15:00Z</dcterms:created>
  <dcterms:modified xsi:type="dcterms:W3CDTF">2026-07-29T05:01:00Z</dcterms:modified>
  <cp:category/>
</cp:coreProperties>
</file>